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ארגז הכלים המלא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ארגז הכלים של רכז חברתי ואת ההיגיון שמחבר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להתאים פעילות חברתית למטרה, לשכבת גיל ולעקרון ערכי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אירועי לוח השנה החברתי מתוך הבנת המטרה שמאחורי 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לעקרונות של שיתוף רשות, הכלה והתאמה לאוכלוסיות מגוונות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תכנון שנתי: ימים ואירועים בלוח השנה החברתי – היכרות עם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התחדשות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4.5.27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תכנון שנתי: ימים ואירועים בלוח השנה החברתי – התאמת אירוע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(התחדשות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(פיוס וכבוד)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(קבלת האחר וסקרנות)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תכנון שנתי: ימים ואירועים בלוח השנה החברתי – יישום והתאמה לשכבת 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בנק משחקי גיבוש: סוגים, מטרות וסינון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מקצוע לימודי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בנק משחקי גיבוש: סוגים, מטרות וסינון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מסומן כמתאים לפנים ולחוץ גם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מיועד לקבוצות קטנות, לא לזוגות.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בנק משחקי גיבוש: סוגים, מטרות וסינון – התאמת משחק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(לפתור בעיה מסובכת בלי מגע ותיאום בהקשבה)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(לתכנן ולבנות יחד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(לגלות מה משותף בין חברי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בנק משחקי גיבוש: סוגים, מטרות וסינון – השלמת שם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פאזל 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ערכות פתיחת שנה וסיום שנה: טקסים ומעברים – זיכרון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עומדים בדלת ומברכים כל תלמיד בשמו ובחיוך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מכניסים לצנצנת שנפתחת רק ביום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ערכות פתיחת שנה וסיום שנה: טקסים ומעברים – הבנת התפקיד הרגשי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הברכה האישית וכרטיס השם מחזקים מיידית תחושת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תמיד רשות, גם במשחק הבינגו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ערכות פתיחת שנה וסיום שנה: טקסים ומעברים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שהשיתוף הוא רשות, כך תלמידים ביישנים או נרגשים יכולים להשתתף בלי לחץ, והדבר בונה ביטחון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עקרונות חברתיים וחוסן: שיתוף רשות והתאמות – זיהוי עקרונות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שיתוף הוא תמיד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הזמנה לספר או ללמד מילה, משחק או מנהג מהתרבות שלהם, רק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הכנה מראש, כרטיסי תמונות וסיפור חברתי מותאם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עקרונות חברתיים וחוסן: שיתוף רשות והתאמות – התאמת פעילויות לעקרונות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רשות - מילה או ציור בלבד, בלי חובה לפרט)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(תלמידים עולים מוזמנים ללמד מילה או שיר מהבית, רק אם רוצים)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עקרונות חברתיים וחוסן: שיתוף רשות והתאמות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בעולים - הזמנה ללמד מילה מהתרבות שלהם; בחנ״מ - הכנה מראש עם כרטיסי תמונות. המשותף: שתי ההתאמות מכבדות את הקצב והצרכים האישיים בלי להכריח השתתפות.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כלים ארגוניים: קירות כיתה, משחקים וטפסי תכנון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לועזי ועברי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כלים ארגוניים: קירות כיתה, משחקים וטפסי תכנון – שימוש בכלים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כלים ארגוניים: קירות כיתה, משחקים וטפסי תכנון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הברכות באתר הן ברכות כלליות שאפשר להתאים לכל תלמיד, לא כתובות עם שם אישי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חלק מרשימת הכותרות והמשפטים לקיר הכיתה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כלים ארגוניים: קירות כיתה, משחקים וטפסי תכנון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(בפנים / 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(עד 10 דק׳ / 11-20 דק׳ / מעל 20 דק׳)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(זוגות / קבוצות קטנות /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(סעיף בטופס תכנון 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16.11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לחגוג סיפורי הגעה ולבנות רגישות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שלא כל תלמיד ותלמידה נוח להם לחשוף רגשות או מידע אישי, ושמירה על בחירה מונעת לחץ ומאפשרת תחושת ביטחון וכבוד לכל אחד ואחת בכיתה.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מטרת הפעילות (אמון, תקשורת, עבודת צוות וכד׳) ולא רק תיאור טכני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ההתאמה שומרת על כבוד התלמיד ועל אפשרות בחירה, ואינה יוצרת בולטות או אי-נוחות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מזכיר שחשיפה אישית אינה חובה ושיש חלופה למי שאינו רוצה להשתתף באופן פעיל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לשתי עד שלוש מפגשים – פרקים 1-2 במפגש ראשון, 3-5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משימות הניתוח לבחירה מתוך אפשרויות נתונות במקום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פעילות לגיל צעיר לבין גרסתה בגיל תיכון ולבקש לנמק את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שיחת סיכום קצרה בסוף כל פרק ולחבר בין הפעילות בחוברת לדוגמה מהחיים האמיתיים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ארגז הכלים המלא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תעברו על עיקרי התכנים שמרכיבים את עבודת הרכז החברתי – מתכנון שנתי ועד כלים יומיומיים. בכל פרק תתבקשו לנתח דוגמה, להשוות בין אפשרויות ולהציע התאמה משלכם מתוך הבנה של העיקרון שמאחורי הפעילות. עבדו לפי הסדר,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משוב  ·  שכבה  ·  פאזל כיתתי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תכנון שנתי: ימים ואירועים בלוח השנה החברתי – היכרות עם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הערך המרכזי שמבטא ראש השנה בתכנית החברתית?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התחדשות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תאריך מצוין יום הזיכרון לשואה ולגבורה בתכנון השנתי?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24.11.26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4.5.27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21.9.26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הערך המרכזי של יום כיפור בתכנית?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סקרנות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תכנון שנתי: ימים ואירועים בלוח השנה החברתי – התאמת אירוע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קבלת האחר וסקרנות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התחדשות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יום העלייה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פיוס וכבוד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תכנון שנתי: ימים ואירועים בלוח השנה החברתי – יישום והתאמה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בנק משחקי גיבוש: סוגים, מטרות וסינון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בבנק המשחקים אפשר לסנן לפי כמה קטגוריות. איזו מהבאות אינה אחת מהן?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(בפנים/בחוץ)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מקצוע לימודי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המשחק 'המפה העיוורת' בנוי בעיקר עבור...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קבוצות קטנות בחוץ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בנק משחקי גיבוש: סוגים, מטרות וסינון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לשחק את 'הבלון לא נופל' גם בפנים וגם 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'המגדל הגבוה' מתאים לזוגות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בנק משחקי גיבוש: סוגים, מטרות וסינון – התאמת משחק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הקשר האנושי בלי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לגלות מה משותף בין חברי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לפתור בעיה מסובכת בלי מגע ותיאום בהקשבה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שרשרת הדומים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לתכנן ולבנות יחד במשאבים מוגבלים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בנק משחקי גיבוש: סוגים, מטרות וסינון – השלמת שם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המשחק '__________' מתאים לכל הכיתה, נמשך כ-25 דקות, ומטרתו להרגיש שכל אחד הוא חלק חשוב מהשלם.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ערכות פתיחת שנה וסיום שנה: טקסים ומעברים – זיכרון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בשלב 'קבלת פנים בדלת' במתווה היום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עומדים בדלת ומברכים כל תלמיד בשמו ובחיוך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עורכים מבחן ידע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מחלקים ציונים ראשוניים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מוקצב במתווה למעגל הבוקר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עם הפתקים בשלב 'ציפיות ומשאלות' בתחילת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אותם מיד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מכניסים לצנצנת שנפתחת רק ביום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זורקים אותם לפח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ערכות פתיחת שנה וסיום שנה: טקסים ומעברים – הבנת התפקיד הרגשי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קבלת הפנים בדלת נועד לתת לכל תלמיד תחושה שהוא נראה ורצוי כבר מהרגע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הבינגו להיכרות חייבים כל התלמידים לשתף פרטים אישיים בקול מול כל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ערכות פתיחת שנה וסיום שנה: טקסים ומעברים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במעגל הבוקר הראשון מספיק לומר רק את השם, בלי לדרוש שיתוף נוסף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עקרונות חברתיים וחוסן: שיתוף רשות והתאמות – זיהוי עקרונות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העיקרון המרכזי שמלווה את כל פעילויות השיתוף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תלמיד חייב לשתף משהו אישי בכל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שיתוף הוא תמיד רשות ולא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תלמידים בוגרים יכולים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ההתאמה הקבועה שמוצעת לתלמידים עולים בערכות השונות?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פטור מהשתתפות בפעילות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הזמנה לספר או ללמד מילה, משחק או מנהג מהתרבות שלהם, רק אם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חובה לדבר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ההתאמה הקבועה לתלמידי חנ״מ שמוזכרת בערכות?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הוצאה מהפעילות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הכנה מראש, כרטיסי תמונות וסיפור חברתי מותאם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מתן ציון נמוך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עקרונות חברתיים וחוסן: שיתוף רשות והתאמות – התאמת פעילויות לעקרונות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המשאלות הכיתתי (ראש השנה)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תלמידים עולים מוזמנים ללמד מילה או שיר מהבית, רק אם רוצים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התאמה לעולים ביום העלייה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שיתוף רשות - מילה או ציור בלבד, בלי חובה לפרט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עקרונות חברתיים וחוסן: שיתוף רשות והתאמות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דוגמאות ל'התאמה קבועה' מתוך הערכות - אחת לעולים ואחת לחנ״מ - והסבירו מה משותף לשתיהן.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כלים ארגוניים: קירות כיתה, משחקים וטפסי תכנון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קיר ימי ההולדת בארגז הכלים מציג את חודשי השנה לפי אילו שני לוחות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לועזי ועברי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עונות וחגים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ימי שבוע ושעות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משחקי גיבוש כוללת ערכת 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כלים ארגוניים: קירות כיתה, משחקים וטפסי תכנון – שימוש בכלים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בבנק משחקי הגיבוש אפשר לסנן לפי מקום, זמן, גודל קבוצה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בין טפסי התכנון באתר נמצאים תכנון אירוע, תקציב, חלוקת משימות ו-__________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כלים ארגוניים: קירות כיתה, משחקים וטפסי תכנון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ברכה בקיר ימי ההולדת כתובה בשם אישי של תלמיד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קירות הכיתה כוללים גם כותרות השראה כמו "כאן צומחים יחד"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כלים ארגוניים: קירות כיתה, משחקים וטפסי תכנון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זוגות / קבוצות קטנות /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בפנים / 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גודל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סעיף בטופס תכנון 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עד 10 דק׳ / 11-20 דק׳ / מעל 20 דק׳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חל יום הסובלנות הבינלאומי בלוח השנה החברתי?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16.11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המטרה המרכזית המוצגת ליום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לתרגל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לחגוג סיפורי הגעה ולבנות רגישות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ועד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כמה קטגוריות אפשר לסנן בבנק משחקי הגיבוש?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כמה משחקי גיבוש מוצעים בסך הכול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חשוב שבכל פעילות חברתית, בין אם בפתיחת השנה ובין אם ביום הזיכרון, יישמר עקרון 'שיתוף הוא רשות'.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בשתי שורות פעילות גיבוש אחת מהבנק והסבירו איזה צורך חברתי היא נותנת מענה עליו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אירוע אחד מהתכנון השנתי והציעו התאמה שלו לכיתה עם תלמיד עולה חדש, מבלי להציב אותו במרכז בכוח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ארגז הכלים המלא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